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Global Hub Journal of Social Sciences</w:t>
      </w:r>
    </w:p>
    <w:p>
      <w:pPr>
        <w:pStyle w:val="Title"/>
      </w:pPr>
      <w:r>
        <w:t>Anonymous Manuscript Template</w:t>
      </w:r>
    </w:p>
    <w:p>
      <w:r>
        <w:rPr>
          <w:i/>
        </w:rPr>
        <w:t>Provisional journal title | Proposed author template | October 2026</w:t>
      </w:r>
    </w:p>
    <w:p>
      <w:pPr>
        <w:widowControl/>
      </w:pPr>
      <w:r>
        <w:t>Use this file for the anonymous research manuscript. Complete every relevant bracketed prompt with your own verified information and remove the instructions before submission. The proposed journal is still in development and submissions are not open.</w:t>
      </w:r>
    </w:p>
    <w:p>
      <w:pPr>
        <w:pStyle w:val="Heading1"/>
      </w:pPr>
      <w:r>
        <w:t>Preparation Instructions</w:t>
      </w:r>
    </w:p>
    <w:p>
      <w:pPr>
        <w:widowControl/>
      </w:pPr>
      <w:r>
        <w:t>Use A4 paper, 1-inch margins, Times New Roman 12-point text, single spacing and bold unnumbered title-case headings. The suggested limit is 5,000 words including references, subject to future editorial approval. Use APA 7 for citations and references. Adapt the research sections to your design or review method.</w:t>
      </w:r>
    </w:p>
    <w:p>
      <w:pPr>
        <w:widowControl/>
      </w:pPr>
      <w:r>
        <w:t>Keep names, affiliations, identifying acknowledgments and author details in the separate title-page file. Remove comments, tracked changes and identifying file properties. Put identifying ethics details in the confidential title page while retaining an accurate anonymized ethics statement in the manuscript. Do not remove necessary information in a way that misrepresents the research.</w:t>
      </w:r>
    </w:p>
    <w:p>
      <w:pPr>
        <w:widowControl/>
      </w:pPr>
      <w:r>
        <w:t>Delete this instruction page before use. Do not add an ISSN, DOI, volume, issue, acceptance date or publisher citation: these belong to the journal only after genuine assignment or publication. The page breaks in this template may be adjusted as the manuscript grows.</w:t>
      </w:r>
    </w:p>
    <w:p>
      <w:pPr>
        <w:pStyle w:val="Heading1"/>
      </w:pPr>
      <w:r>
        <w:t>Submission File Checklist</w:t>
      </w:r>
    </w:p>
    <w:p>
      <w:pPr>
        <w:widowControl/>
      </w:pPr>
      <w:r>
        <w:t>[ ] Anonymous main manuscript with genuine findings and verified references.</w:t>
      </w:r>
    </w:p>
    <w:p>
      <w:pPr>
        <w:widowControl/>
      </w:pPr>
      <w:r>
        <w:t>[ ] Separate title page with authorship, affiliations, contributions and declarations.</w:t>
      </w:r>
    </w:p>
    <w:p>
      <w:pPr>
        <w:widowControl/>
      </w:pPr>
      <w:r>
        <w:t>[ ] Tables, figures and supplements with captions, permissions and accessible descriptions where relevant.</w:t>
      </w:r>
    </w:p>
    <w:p>
      <w:pPr>
        <w:widowControl/>
      </w:pPr>
      <w:r>
        <w:t>[ ] Ethics, consent, data availability, funding, conflicts and AI-use information completed truthfully.</w:t>
      </w:r>
    </w:p>
    <w:p>
      <w:r>
        <w:br w:type="page"/>
      </w:r>
    </w:p>
    <w:p>
      <w:pPr>
        <w:pStyle w:val="Title"/>
      </w:pPr>
      <w:r>
        <w:rPr>
          <w:sz w:val="32"/>
        </w:rPr>
        <w:t>Manuscript Title</w:t>
      </w:r>
    </w:p>
    <w:p>
      <w:pPr>
        <w:widowControl/>
      </w:pPr>
      <w:r>
        <w:t>[Replace with a concise, specific title. Do not include author names or affiliations.]</w:t>
      </w:r>
    </w:p>
    <w:p>
      <w:pPr>
        <w:pStyle w:val="Heading1"/>
      </w:pPr>
      <w:r>
        <w:t>Abstract</w:t>
      </w:r>
    </w:p>
    <w:p>
      <w:pPr>
        <w:widowControl/>
      </w:pPr>
      <w:r>
        <w:t>[Maximum 200 words across all four headings. Replace every prompt, then delete this instruction.]</w:t>
      </w:r>
    </w:p>
    <w:p>
      <w:r>
        <w:rPr>
          <w:b/>
        </w:rPr>
        <w:t xml:space="preserve">Purpose: </w:t>
      </w:r>
      <w:r>
        <w:t>[State the research question and purpose.]</w:t>
      </w:r>
    </w:p>
    <w:p>
      <w:r>
        <w:rPr>
          <w:b/>
        </w:rPr>
        <w:t xml:space="preserve">Design/Methodology/Approach: </w:t>
      </w:r>
      <w:r>
        <w:t>[State the design, setting, sample or sources, measures and analysis.]</w:t>
      </w:r>
    </w:p>
    <w:p>
      <w:r>
        <w:rPr>
          <w:b/>
        </w:rPr>
        <w:t xml:space="preserve">Findings: </w:t>
      </w:r>
      <w:r>
        <w:t>[Report the main verified findings. Include effect estimates and uncertainty where appropriate. Do not invent or overstate results.]</w:t>
      </w:r>
    </w:p>
    <w:p>
      <w:r>
        <w:rPr>
          <w:b/>
        </w:rPr>
        <w:t xml:space="preserve">Implications/Originality/Value: </w:t>
      </w:r>
      <w:r>
        <w:t>[Explain the supported contribution and implications, with suitable limits.]</w:t>
      </w:r>
    </w:p>
    <w:p>
      <w:r>
        <w:rPr>
          <w:b/>
        </w:rPr>
        <w:t xml:space="preserve">Keywords: </w:t>
      </w:r>
      <w:r>
        <w:t>[Keyword one]; [Keyword two]; [Keyword three]; [up to five keywords]</w:t>
      </w:r>
    </w:p>
    <w:p>
      <w:pPr>
        <w:pStyle w:val="Heading1"/>
      </w:pPr>
      <w:r>
        <w:t>Introduction</w:t>
      </w:r>
    </w:p>
    <w:p>
      <w:pPr>
        <w:widowControl/>
      </w:pPr>
      <w:r>
        <w:t>[Introduce the problem, context and importance. Establish the specific evidence gap using verified sources. End with the research question or objectives and any hypotheses appropriate to the design.]</w:t>
      </w:r>
    </w:p>
    <w:p>
      <w:pPr>
        <w:pStyle w:val="Heading1"/>
      </w:pPr>
      <w:r>
        <w:t>Literature Review</w:t>
      </w:r>
    </w:p>
    <w:p>
      <w:pPr>
        <w:widowControl/>
      </w:pPr>
      <w:r>
        <w:t>[Synthesize relevant evidence and theory rather than listing studies. Explain where findings agree, differ or leave uncertainty. This section may be integrated into the introduction where suitable.]</w:t>
      </w:r>
    </w:p>
    <w:p>
      <w:pPr>
        <w:pStyle w:val="Heading1"/>
      </w:pPr>
      <w:r>
        <w:t>Method</w:t>
      </w:r>
    </w:p>
    <w:p>
      <w:pPr>
        <w:widowControl/>
      </w:pPr>
      <w:r>
        <w:t>[Describe the design, setting, recruitment and eligibility, sample or source selection, measures, procedures and analysis. Explain exclusions and missing-data handling. For a review, report search, selection and synthesis methods. Include an anonymized ethics and consent statement when applicable.]</w:t>
      </w:r>
    </w:p>
    <w:p>
      <w:r>
        <w:br w:type="page"/>
      </w:r>
    </w:p>
    <w:p>
      <w:pPr>
        <w:pStyle w:val="Heading1"/>
      </w:pPr>
      <w:r>
        <w:t>Results</w:t>
      </w:r>
    </w:p>
    <w:p>
      <w:pPr>
        <w:widowControl/>
      </w:pPr>
      <w:r>
        <w:t>[Report the actual findings in a logical order. Include sample sizes, descriptive results and appropriate estimates, confidence intervals or qualitative evidence. Describe what was observed without claiming causation from an association.]</w:t>
      </w:r>
    </w:p>
    <w:p>
      <w:pPr>
        <w:pStyle w:val="Heading1"/>
      </w:pPr>
      <w:r>
        <w:t>Tables And Figures</w:t>
      </w:r>
    </w:p>
    <w:p>
      <w:pPr>
        <w:widowControl/>
      </w:pPr>
      <w:r>
        <w:t>[Place each necessary table or figure near its first mention. Give it a number, a descriptive title or caption, defined abbreviations, and source or permission information when needed. Use editable tables and legible figures. Do not include identifiable participant information.]</w:t>
      </w:r>
    </w:p>
    <w:p>
      <w:pPr>
        <w:pStyle w:val="Heading1"/>
      </w:pPr>
      <w:r>
        <w:t>Discussion</w:t>
      </w:r>
    </w:p>
    <w:p>
      <w:pPr>
        <w:widowControl/>
      </w:pPr>
      <w:r>
        <w:t>[Interpret the findings in relation to the research question and earlier evidence. Explain plausible alternative interpretations, limitations, generalizability and implications. Clearly distinguish findings from speculation.]</w:t>
      </w:r>
    </w:p>
    <w:p>
      <w:pPr>
        <w:pStyle w:val="Heading1"/>
      </w:pPr>
      <w:r>
        <w:t>Conclusion</w:t>
      </w:r>
    </w:p>
    <w:p>
      <w:pPr>
        <w:widowControl/>
      </w:pPr>
      <w:r>
        <w:t>[Give a brief conclusion supported by the results. Do not introduce new findings or promises.]</w:t>
      </w:r>
    </w:p>
    <w:p>
      <w:pPr>
        <w:pStyle w:val="Heading1"/>
      </w:pPr>
      <w:r>
        <w:t>Statements For Anonymous Review</w:t>
      </w:r>
    </w:p>
    <w:p>
      <w:r>
        <w:rPr>
          <w:b/>
        </w:rPr>
        <w:t xml:space="preserve">Ethics and consent: </w:t>
      </w:r>
      <w:r>
        <w:t>[Give an accurate anonymized statement. Provide identifying approval details to the editor in the separate title page.]</w:t>
      </w:r>
    </w:p>
    <w:p>
      <w:r>
        <w:rPr>
          <w:b/>
        </w:rPr>
        <w:t xml:space="preserve">Data availability: </w:t>
      </w:r>
      <w:r>
        <w:t>[State whether data or materials can be accessed and any ethical or legal restrictions. Use an anonymous review link only if actually configured.]</w:t>
      </w:r>
    </w:p>
    <w:p>
      <w:r>
        <w:rPr>
          <w:b/>
        </w:rPr>
        <w:t xml:space="preserve">AI assistance: </w:t>
      </w:r>
      <w:r>
        <w:t>[Describe any material AI assistance, tools and tasks, or state none if true. Authors remain accountable for the work. Supply identifying details separately if necessary.]</w:t>
      </w:r>
    </w:p>
    <w:p>
      <w:pPr>
        <w:pStyle w:val="Heading1"/>
      </w:pPr>
      <w:r>
        <w:t>References</w:t>
      </w:r>
    </w:p>
    <w:p>
      <w:pPr>
        <w:widowControl/>
      </w:pPr>
      <w:r>
        <w:t>[Insert only sources actually cited and verified. Use APA 7, alphabetical order and a 0.5-inch hanging indent. Include a DOI as a URL only when a real DOI exists. Delete this instruction.]</w:t>
      </w:r>
    </w:p>
    <w:p>
      <w:pPr>
        <w:widowControl/>
        <w:ind w:left="720" w:hanging="720"/>
      </w:pPr>
      <w:r>
        <w:t>[Author, A. A. (Year). Exact title. Complete verified publication details.]</w:t>
      </w:r>
    </w:p>
    <w:sectPr w:rsidR="00FC693F" w:rsidRPr="0006063C" w:rsidSect="00034616">
      <w:footerReference w:type="default" r:id="rId9"/>
      <w:pgSz w:w="11906" w:h="16838"/>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before="0"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0" w:lineRule="auto"/>
      <w:outlineLvl w:val="0"/>
    </w:pPr>
    <w:rPr>
      <w:rFonts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0"/>
      <w:contextualSpacing/>
    </w:pPr>
    <w:rPr>
      <w:rFonts w:ascii="Times New Roman" w:hAnsi="Times New Roman"/>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40" w:lineRule="auto" w:before="0" w:after="120"/>
    </w:pPr>
    <w:rPr>
      <w:rFonts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 Manuscript Template</dc:title>
  <dc:subject>Global Hub Journal of Social Sciences author template</dc:subject>
  <dc:creator/>
  <cp:keywords/>
  <dc:description/>
  <cp:lastModifiedBy/>
  <cp:revision>1</cp:revision>
  <dcterms:created xsi:type="dcterms:W3CDTF">2013-12-23T23:15:00Z</dcterms:created>
  <dcterms:modified xsi:type="dcterms:W3CDTF">2013-12-23T23:15:00Z</dcterms:modified>
  <cp:category/>
</cp:coreProperties>
</file>